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H Sarabun New" w:hAnsi="TH Sarabun New"/>
          <w:b/>
          <w:sz w:val="36"/>
        </w:rPr>
        <w:t>สัญญาจะซื้อจะขายห้องชุด</w:t>
      </w:r>
    </w:p>
    <w:p>
      <w:pPr>
        <w:spacing w:after="80"/>
        <w:jc w:val="center"/>
      </w:pPr>
      <w:r>
        <w:rPr>
          <w:rFonts w:ascii="TH Sarabun New" w:hAnsi="TH Sarabun New"/>
          <w:b/>
          <w:color w:val="475569"/>
          <w:sz w:val="26"/>
        </w:rPr>
        <w:t>(Condominium Sale and Purchase Agreement)</w:t>
      </w:r>
    </w:p>
    <w:p>
      <w:pPr>
        <w:spacing w:after="120"/>
        <w:jc w:val="right"/>
      </w:pPr>
      <w:r>
        <w:rPr>
          <w:rFonts w:ascii="TH Sarabun New" w:hAnsi="TH Sarabun New"/>
          <w:sz w:val="26"/>
        </w:rPr>
        <w:t>ทำที่ ..........................................................................</w:t>
        <w:br/>
        <w:t>วันที่ ......... เดือน ................................. พ.ศ. ๒๕........</w:t>
      </w:r>
    </w:p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7"/>
        </w:rPr>
        <w:t>สัญญาฉบับนี้ทำขึ้นระหว่าง:</w:t>
        <w:br/>
        <w:t>ผู้จะขาย: ชื่อ-สกุล ........................................................................ อายุ ............. ปี สัญชาติ ........................</w:t>
        <w:br/>
        <w:t>บัตรประจำตัวประชาชนเลขที่ ........................................................ อยู่บ้านเลขที่ .................... หมู่ที่ ............</w:t>
        <w:br/>
        <w:t>ซอย ................................................. ถนน ........................................... แขวง/ตำบล ............................................</w:t>
        <w:br/>
        <w:t>เขต/อำเภอ ........................................... จังหวัด ......................................... โทรศัพท์ .............................................</w:t>
        <w:br/>
        <w:t>(ซึ่งต่อไปในสัญญานี้เรียกว่า "ผู้จะขาย") ฝ่ายหนึ่ง กับ</w:t>
        <w:br/>
        <w:br/>
        <w:t>ผู้จะซื้อ: ชื่อ-สกุล ........................................................................ อายุ ............. ปี สัญชาติ ........................</w:t>
        <w:br/>
        <w:t>บัตรประจำตัวประชาชนเลขที่ ........................................................ อยู่บ้านเลขที่ .................... หมู่ที่ ............</w:t>
        <w:br/>
        <w:t>ซอย ................................................. ถนน ........................................... แขวง/ตำบล ............................................</w:t>
        <w:br/>
        <w:t>เขต/อำเภอ ........................................... จังหวัด ......................................... โทรศัพท์ .............................................</w:t>
        <w:br/>
        <w:t>(ซึ่งต่อไปในสัญญานี้เรียกว่า "ผู้จะซื้อ") อีกฝ่ายหนึ่ง</w:t>
        <w:br/>
        <w:br/>
        <w:t>คู่สัญญาทั้งสองฝ่ายตกลงทำสัญญาจะซื้อจะขายห้องชุด โดยมีเงื่อนไขและข้อความดังต่อไปนี้:</w:t>
        <w:br/>
        <w:br/>
        <w:t>ข้อ ๑. ทรัพย์สินที่ตกลงจะซื้อจะขาย</w:t>
        <w:br/>
        <w:t>ผู้จะขายตกลงจะขายและผู้จะซื้อตกลงจะซื้อห้องชุดในอาคารชุดโครงการ .................................................................</w:t>
        <w:br/>
        <w:t>อาคารเลขที่/ชื่ออาคาร ................................... ชั้นที่ ................ ห้องเลขที่ ..................... ทะเบียนอาคารชุดเลขที่ .....................</w:t>
        <w:br/>
        <w:t>เนื้อที่ประมาณ ................... ตารางเมตร พร้อมทรัพย์ส่วนกลาง อุปกรณ์ และเฟอร์นิเจอร์ตามรายการแนบท้าย (ถ้ามี)</w:t>
        <w:br/>
        <w:br/>
        <w:t>ข้อ ๒. ราคาซื้อขายและการชำระเงิน</w:t>
        <w:br/>
        <w:t>คู่สัญญาตกลงราคาซื้อขายห้องชุดดังกล่าว เป็นจำนวนเงินทั้งสิ้น .................................................... บาท</w:t>
        <w:br/>
        <w:t>(ตัวอักษร: ......................................................................................................................................................) โดยแบ่งชำระดังนี้:</w:t>
        <w:br/>
        <w:t>๒.๑ ในวันทำสัญญานี้ ผู้จะซื้อได้วางเงินมัดจำไว้แก่ผู้จะขาย จำนวน .................................................... บาท</w:t>
        <w:br/>
        <w:t>(ตัวอักษร: ......................................................................................................................................................) ชำระโดย</w:t>
        <w:br/>
        <w:t>[  ] เงินสด    [  ] โอนเงินเข้าบัญชี    [  ] แคชเชียร์เช็ค ซึ่งผู้จะขายได้รับไว้เรียบร้อยแล้ว</w:t>
        <w:br/>
        <w:t>๒.๒ เงินค่าห้องชุดส่วนที่เหลืออีกจำนวน .................................................... บาท</w:t>
        <w:br/>
        <w:t>(ตัวอักษร: ......................................................................................................................................................)</w:t>
        <w:br/>
        <w:t>ผู้จะซื้อจะชำระให้แก่ผู้จะขายในวันจดทะเบียนโอนกรรมสิทธิ์ ณ สำนักงานที่ดิน</w:t>
        <w:br/>
        <w:br/>
        <w:t>ข้อ ๓. การตรวจรับสภาพห้องชุดก่อนโอนกรรมสิทธิ์</w:t>
        <w:br/>
        <w:t>ผู้จะขายยินยอมให้ผู้จะซื้อเข้าตรวจสอบสภาพห้องชุดและระบบสาธารณูปโภคก่อนวันจดทะเบียนโอนกรรมสิทธิ์ไม่น้อยกว่า ๗ วัน หากมีจุดชำรุดบกพร่อง ผู้จะขายตกลงซ่อมแซมให้อยู่ในสภาพสมบูรณ์พร้อมส่งมอบก่อนวันโอน</w:t>
        <w:br/>
        <w:br/>
        <w:t>ข้อ ๔. กำหนดวันและสถานที่จดทะเบียนโอนกรรมสิทธิ์</w:t>
        <w:br/>
        <w:t>คู่สัญญาตกลงจะไปจดทะเบียนโอนกรรมสิทธิ์ ณ สำนักงานที่ดิน ................................................................................</w:t>
        <w:br/>
        <w:t>ภายในวันที่ ......... เดือน ................................. พ.ศ. ๒๕........ หรือตามที่คู่สัญญาจะตกลงเลื่อนเป็นลายลักษณ์อักษร</w:t>
      </w:r>
    </w:p>
    <w:p>
      <w:r>
        <w:br w:type="page"/>
      </w:r>
    </w:p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7"/>
        </w:rPr>
        <w:t>ข้อ ๕. ค่าธรรมเนียม ภาษีอากร และค่าใช้จ่ายในการจดทะเบียนโอนกรรมสิทธิ์</w:t>
        <w:br/>
        <w:t>คู่สัญญาตกลงรับผิดชอบค่าใช้จ่ายในการจดทะเบียนโอนกรรมสิทธิ์ ณ สำนักงานที่ดิน ดังนี้:</w:t>
        <w:br/>
        <w:t>• ค่าธรรมเนียมการโอนกรรมสิทธิ์ (๒%):   [  ] ผู้จะซื้อชำระ   [  ] ผู้จะขายชำระ   [  ] ชำระฝ่ายละครึ่ง (คนละ ๑%)</w:t>
        <w:br/>
        <w:t>• ภาษีเงินได้หัก ณ ที่จ่าย:   [  ] ผู้จะขายชำระทั้งหมด   [  ] ผู้จะซื้อชำระ   [  ] ชำระฝ่ายละครึ่ง</w:t>
        <w:br/>
        <w:t>• ภาษีธุรกิจเฉพาะ หรืออากรแสตมป์:   [  ] ผู้จะขายชำระทั้งหมด   [  ] ชำระฝ่ายละครึ่ง</w:t>
        <w:br/>
        <w:t>• ค่าจดทะเบียนจำนอง (กรณีผู้จะซื้อกู้ธนาคาร):   [  ] ผู้จะซื้อเป็นผู้รับผิดชอบชำระเองทั้งหมด</w:t>
        <w:br/>
        <w:br/>
        <w:t>ข้อ ๖. ค่าใช้จ่ายส่วนกลาง หนี้ค้างชำระ และหนังสือปลอดหนี้</w:t>
        <w:br/>
        <w:t>ผู้จะขายมีหน้าที่ดำเนินการขอ "หนังสือรับรองการปลอดหนี้" จากนิติบุคคลอาคารชุด เพื่อส่งมอบให้เจ้าพนักงานที่ดินในวันจดทะเบียนโอนกรรมสิทธิ์ และผู้จะขายเป็นผู้รับผิดชอบชำระค่าส่วนกลาง ค่าน้ำประปา ค่าไฟฟ้า และค่าใช้จ่ายค้างชำระทั้งหมดจนถึงวันจดทะเบียนโอนกรรมสิทธิ์</w:t>
        <w:br/>
        <w:br/>
        <w:t>ข้อ ๗. เงื่อนไขการขอสินเชื่อสถาบันการเงิน</w:t>
        <w:br/>
        <w:t>ในกรณีที่ผู้จะซื้อยื่นขอสินเชื่อจากสถาบันการเงิน และสถาบันการเงินปฏิเสธการให้สินเชื่อโดยมิใช่ความผิดหรือความประมาทเลินเล่อของผู้จะซื้อ คู่สัญญาตกลงให้:</w:t>
        <w:br/>
        <w:t>[  ] ผู้จะขายคืนเงินมัดจำทั้งหมดแก่ผู้จะซื้อ ภายใน ............ วัน นับแต่วันที่ได้รับแจ้งหนังสือปฏิเสธ</w:t>
        <w:br/>
        <w:t>[  ] ผู้จะขายริบเงินมัดจำกึ่งหนึ่ง และคืนเงินมัดจำส่วนที่เหลือให้แก่ผู้จะซื้อ</w:t>
        <w:br/>
        <w:br/>
        <w:t>ข้อ ๘. การส่งมอบห้องชุด กุญแจ และอุปกรณ์</w:t>
        <w:br/>
        <w:t>ผู้จะขายจะส่งมอบห้องชุด กุญแจห้อง คีย์การ์ด และอุปกรณ์ส่วนควบตามสัญญาให้แก่ผู้จะซื้อในสภาพสมบูรณ์เรียบร้อย ในวันจดทะเบียนโอนกรรมสิทธิ์เสร็จสิ้น</w:t>
        <w:br/>
        <w:br/>
        <w:t>ข้อ ๙. การผิดสัญญาและการบอกเลิกสัญญา</w:t>
        <w:br/>
        <w:t>๙.๑ หากผู้จะซื้อผิดสัญญา ไม่ไปรับโอนกรรมสิทธิ์หรือไม่ชำระเงินส่วนที่เหลือตามกำหนด ผู้จะขายมีสิทธิบอกเลิกสัญญาและริบเงินมัดจำได้ทั้งหมด</w:t>
        <w:br/>
        <w:t>๙.๒ หากผู้จะขายผิดสัญญา ไม่ยอมไปจดทะเบียนโอนกรรมสิทธิ์ หรือไม่สามารถโอนกรรมสิทธิ์ให้แก่ผู้จะซื้อได้ ผู้จะซื้อมีสิทธิบอกเลิกสัญญาและเรียกเงินมัดจำคืนทั้งหมด พร้อมคิดเบี้ยปรับหรือฟ้องร้องบังคับให้ปฏิบัติตามสัญญาได้</w:t>
        <w:br/>
        <w:br/>
        <w:t>สัญญานี้ทำขึ้นเป็นสองฉบับ มีข้อความถูกต้องตรงกันทุกประการ คู่สัญญาได้อ่านและเข้าใจข้อความโดยละเอียดตลอดแล้ว จึงได้ลงลายมือชื่อไว้เป็นสำคัญต่อหน้าพยาน และต่างยึดถือไว้ฝ่ายละหนึ่งฉบับ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ผู้จะขาย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ผู้จะซื้อ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</w:tbl>
    <w:sectPr w:rsidR="00FC693F" w:rsidRPr="0006063C" w:rsidSect="00034616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