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แบบฟอร์มตรวจสอบและรับมอบทรัพย์สิน (Defect Checklist)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รายการตรวจรับมอบบ้าน / ทาวน์โฮม / คอนโดมิเนียม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5"/>
        </w:rPr>
        <w:t>โครงการ: .......................................................................... แปลง/ห้องเลขที่: ............................................................</w:t>
        <w:br/>
        <w:t>วันที่เข้าตรวจ: ................................................................ ครั้งที่ตรวจ: [  ] ครั้งที่ ๑     [  ] ครั้งที่ ๒ (ตรวจงานแก้ไข)</w:t>
        <w:br/>
        <w:t>ชื่อผู้ซื้อ/ผู้ตรวจรับ: ............................................................ ตัวแทนโครงการ/ผู้ขาย: ........................................................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ลำดับ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หมวดงานและรายการตรวจสอบ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ผลการตรวจ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รายละเอียดจุดบกพร่องที่ต้องแก้ไข</w:t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๑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ประตู/หน้าต่าง การเปิด-ปิด ตัวล็อก ซีลยาง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๒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ผิวกระจก ไม่เป็นรอยขูดขีด ซิลิโคนกันซึม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๓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พื้นกระเบื้อง/ลามิเนต เรียบ ไม่โปร่ง ไม่โก่ง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๔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ผนังเรียบเนียน สีสม่ำเสมอ ไม่มีรอยร้าว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๕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ฝ้าเพดานเรียบเสมอ ไม่มีคราบน้ำรั่วซึม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๖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โคมไฟ สวิตช์ เต้ารับ มีไฟครบ มีสายดิน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๗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ตู้ควบคุมไฟฟ้า (Consumer Unit) เบรกเกอร์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๘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สุขภัณฑ์ ชักโครก ฝักบัว ก๊อก น้ำไหลแรงดี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๙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การระบายน้ำ ท่อน้ำทิ้ง ไม่อุดตัน ไม่ขัง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๑๐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ท่อน้ำดี น้ำทิ้ง ใต้อ่างไม่รั่วซึม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๑๑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ราวระเบียงแข็งแรง ท่อระบายระเบียงไม่อุดตัน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๑๒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เคาน์เตอร์ครัว ตู้บิวท์อิน หน้าบาน ลิ้นชัก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  <w:tr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๑๓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เครื่องปรับอากาศ เครื่องทำน้ำอุ่น ของแถม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  <w:t>[  ] ผ่าน  [  ] แก้ไข</w:t>
            </w:r>
          </w:p>
        </w:tc>
        <w:tc>
          <w:tcPr>
            <w:tcW w:type="dxa" w:w="2556"/>
          </w:tcPr>
          <w:p>
            <w:r>
              <w:rPr>
                <w:rFonts w:ascii="TH Sarabun New" w:hAnsi="TH Sarabun New"/>
                <w:sz w:val="22"/>
              </w:rPr>
            </w:r>
          </w:p>
        </w:tc>
      </w:tr>
    </w:tbl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5"/>
        </w:rPr>
        <w:br/>
        <w:t>ข้อตกลงการแก้ไข: ผู้ขาย/โครงการรับทราบรายการที่ต้องแก้ไขข้างต้น และตกลงจะดำเนินการแก้ไขให้แล้วเสร็จภายใน ............ วัน</w:t>
        <w:br/>
        <w:t>(กำหนดนัดตรวจซ้ำวันที่ ......... เดือน ................................. พ.ศ. ๒๕........)</w:t>
        <w:br/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ผู้ซื้อ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ช่างตรวจรับ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ตัวแทนโครงการ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/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