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TH Sarabun New" w:hAnsi="TH Sarabun New"/>
          <w:b/>
          <w:sz w:val="36"/>
        </w:rPr>
        <w:t>หนังสือมอบอำนาจ (แบบ ท.ด. ๒๑ กรมที่ดิน)</w:t>
      </w:r>
    </w:p>
    <w:p>
      <w:pPr>
        <w:spacing w:after="80"/>
        <w:jc w:val="center"/>
      </w:pPr>
      <w:r>
        <w:rPr>
          <w:rFonts w:ascii="TH Sarabun New" w:hAnsi="TH Sarabun New"/>
          <w:b/>
          <w:color w:val="475569"/>
          <w:sz w:val="26"/>
        </w:rPr>
        <w:t>(สำหรับที่ดิน / ที่ดินพร้อมสิ่งปลูกสร้าง)</w:t>
      </w:r>
    </w:p>
    <w:p>
      <w:pPr>
        <w:spacing w:after="120"/>
        <w:jc w:val="right"/>
      </w:pPr>
      <w:r>
        <w:rPr>
          <w:rFonts w:ascii="TH Sarabun New" w:hAnsi="TH Sarabun New"/>
          <w:sz w:val="26"/>
        </w:rPr>
        <w:t>ทำที่ ..........................................................................</w:t>
        <w:br/>
        <w:t>วันที่ ......... เดือน ................................. พ.ศ. ๒๕........</w:t>
      </w:r>
    </w:p>
    <w:p>
      <w:pPr>
        <w:spacing w:line="300" w:lineRule="auto" w:after="60" w:before="0"/>
      </w:pPr>
      <w:r>
        <w:rPr>
          <w:rFonts w:ascii="TH Sarabun New" w:hAnsi="TH Sarabun New"/>
          <w:b w:val="0"/>
          <w:color w:val="0F172A"/>
          <w:sz w:val="26"/>
        </w:rPr>
        <w:t>ที่ดิน: ระวาง ................................................................ ตำบล/แขวง ....................................</w:t>
        <w:br/>
        <w:t>เลขที่ดิน ................................ หน้าสำรวจ .................... อำเภอ/เขต ....................................</w:t>
        <w:br/>
        <w:t>โฉนดที่ดินเลขที่ ............................................................ จังหวัด .........................................</w:t>
        <w:br/>
        <w:t>เรื่อง: ....................................................................................................................................</w:t>
        <w:br/>
        <w:br/>
        <w:t>โดยหนังสือฉบับนี้ ข้าพเจ้า ........................................................................ อายุ ............. ปี เชื้อชาติ .............. สัญชาติ ........................</w:t>
        <w:br/>
        <w:t>เลขประจำตัวประชาชน [  ] [  ] [  ] [  ] [  ] [  ] [  ] [  ] [  ] [  ] [  ] [  ] [  ]</w:t>
        <w:br/>
        <w:t>บิดาชื่อ ................................................................ มารดาชื่อ ................................................................</w:t>
        <w:br/>
        <w:t>อยู่บ้านเลขที่ .................... หมู่ที่ ......... ซอย .................................... ถนน ....................................</w:t>
        <w:br/>
        <w:t>ตำบล/แขวง ........................................... อำเภอ/เขต ........................................... จังหวัด ......................................... โทรศัพท์ ....................................</w:t>
        <w:br/>
        <w:br/>
        <w:t>ได้มอบให้ ........................................................................ อายุ ............. ปี เชื้อชาติ .............. สัญชาติ ........................</w:t>
        <w:br/>
        <w:t>เลขประจำตัวประชาชน [  ] [  ] [  ] [  ] [  ] [  ] [  ] [  ] [  ] [  ] [  ] [  ] [  ]</w:t>
        <w:br/>
        <w:t>บิดาชื่อ ................................................................ มารดาชื่อ ................................................................</w:t>
        <w:br/>
        <w:t>อยู่บ้านเลขที่ .................... หมู่ที่ ......... ซอย .................................... ถนน ....................................</w:t>
        <w:br/>
        <w:t>ตำบล/แขวง ........................................... อำเภอ/เขต ........................................... จังหวัด ......................................... โทรศัพท์ ....................................</w:t>
        <w:br/>
        <w:br/>
        <w:t>เป็นผู้มีอำนาจจัดการ: (ระบุเรื่องที่มอบอำนาจ เช่น ขาย, โอนกรรมสิทธิ์, รับโอน, จำนอง, ไถ่ถอน)</w:t>
        <w:br/>
        <w:t>..........................................................................................................................................................................................................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.................................................................................................................................................................... แทนข้าพเจ้าจนเสร็จการ</w:t>
        <w:br/>
        <w:br/>
        <w:t>เพื่อเป็นหลักฐานข้าพเจ้าได้ ลงลายมือชื่อ/พิมพ์ลายนิ้วมือ ไว้เป็นสำคัญต่อหน้าพยานแล้ว</w:t>
        <w:br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pPr>
              <w:spacing w:after="120"/>
              <w:jc w:val="center"/>
            </w:pPr>
            <w:r>
              <w:rPr>
                <w:rFonts w:ascii="TH Sarabun New" w:hAnsi="TH Sarabun New"/>
                <w:sz w:val="26"/>
              </w:rPr>
              <w:t>ลงชื่อ .............................................................. ผู้มอบอำนาจ</w:t>
              <w:br/>
            </w:r>
            <w:r>
              <w:rPr>
                <w:rFonts w:ascii="TH Sarabun New" w:hAnsi="TH Sarabun New"/>
                <w:sz w:val="26"/>
              </w:rPr>
              <w:t>( .............................................................. )</w:t>
            </w:r>
          </w:p>
        </w:tc>
        <w:tc>
          <w:tcPr>
            <w:tcW w:type="dxa" w:w="5112"/>
          </w:tcPr>
          <w:p>
            <w:pPr>
              <w:spacing w:after="120"/>
              <w:jc w:val="center"/>
            </w:pPr>
            <w:r>
              <w:rPr>
                <w:rFonts w:ascii="TH Sarabun New" w:hAnsi="TH Sarabun New"/>
                <w:sz w:val="26"/>
              </w:rPr>
              <w:t>ลงชื่อ .............................................................. พยาน</w:t>
              <w:br/>
            </w:r>
            <w:r>
              <w:rPr>
                <w:rFonts w:ascii="TH Sarabun New" w:hAnsi="TH Sarabun New"/>
                <w:sz w:val="26"/>
              </w:rPr>
              <w:t>( .............................................................. )</w:t>
            </w:r>
          </w:p>
        </w:tc>
      </w:tr>
      <w:tr>
        <w:tc>
          <w:tcPr>
            <w:tcW w:type="dxa" w:w="5112"/>
          </w:tcPr>
          <w:p>
            <w:pPr>
              <w:spacing w:after="120"/>
              <w:jc w:val="center"/>
            </w:pPr>
            <w:r>
              <w:rPr>
                <w:rFonts w:ascii="TH Sarabun New" w:hAnsi="TH Sarabun New"/>
                <w:sz w:val="26"/>
              </w:rPr>
              <w:t>ลงชื่อ .............................................................. พยาน</w:t>
              <w:br/>
            </w:r>
            <w:r>
              <w:rPr>
                <w:rFonts w:ascii="TH Sarabun New" w:hAnsi="TH Sarabun New"/>
                <w:sz w:val="26"/>
              </w:rPr>
              <w:t>( .............................................................. )</w:t>
            </w:r>
          </w:p>
        </w:tc>
        <w:tc>
          <w:tcPr>
            <w:tcW w:type="dxa" w:w="5112"/>
          </w:tcPr>
          <w:p/>
        </w:tc>
      </w:tr>
    </w:tbl>
    <w:sectPr w:rsidR="00FC693F" w:rsidRPr="0006063C" w:rsidSect="00034616">
      <w:pgSz w:w="12240" w:h="15840"/>
      <w:pgMar w:top="864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