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TH Sarabun New" w:hAnsi="TH Sarabun New"/>
          <w:b/>
          <w:sz w:val="36"/>
        </w:rPr>
        <w:t>สัญญาเช่าที่พักอาศัย (ห้องชุด / บ้าน)</w:t>
      </w:r>
    </w:p>
    <w:p>
      <w:pPr>
        <w:spacing w:after="80"/>
        <w:jc w:val="center"/>
      </w:pPr>
      <w:r>
        <w:rPr>
          <w:rFonts w:ascii="TH Sarabun New" w:hAnsi="TH Sarabun New"/>
          <w:b/>
          <w:color w:val="475569"/>
          <w:sz w:val="26"/>
        </w:rPr>
        <w:t>(Residential Lease Agreement)</w:t>
      </w:r>
    </w:p>
    <w:p>
      <w:pPr>
        <w:spacing w:after="120"/>
        <w:jc w:val="right"/>
      </w:pPr>
      <w:r>
        <w:rPr>
          <w:rFonts w:ascii="TH Sarabun New" w:hAnsi="TH Sarabun New"/>
          <w:sz w:val="26"/>
        </w:rPr>
        <w:t>ทำที่ ..........................................................................</w:t>
        <w:br/>
        <w:t>วันที่ ......... เดือน ................................. พ.ศ. ๒๕........</w:t>
      </w:r>
    </w:p>
    <w:p>
      <w:pPr>
        <w:spacing w:line="300" w:lineRule="auto" w:after="60" w:before="0"/>
      </w:pPr>
      <w:r>
        <w:rPr>
          <w:rFonts w:ascii="TH Sarabun New" w:hAnsi="TH Sarabun New"/>
          <w:b w:val="0"/>
          <w:color w:val="0F172A"/>
          <w:sz w:val="27"/>
        </w:rPr>
        <w:t>สัญญาฉบับนี้ทำขึ้นระหว่าง:</w:t>
        <w:br/>
        <w:t>ผู้ให้เช่า: ชื่อ-สกุล ........................................................................ อายุ ............. ปี สัญชาติ ........................</w:t>
        <w:br/>
        <w:t>บัตรประจำตัวประชาชนเลขที่ ........................................................ อยู่บ้านเลขที่ .................... หมู่ที่ ............</w:t>
        <w:br/>
        <w:t>ซอย ................................................. ถนน ........................................... แขวง/ตำบล ............................................</w:t>
        <w:br/>
        <w:t>เขต/อำเภอ ........................................... จังหวัด ......................................... โทรศัพท์ .............................................</w:t>
        <w:br/>
        <w:t>(ซึ่งต่อไปในสัญญานี้เรียกว่า "ผู้ให้เช่า") ฝ่ายหนึ่ง กับ</w:t>
        <w:br/>
        <w:br/>
        <w:t>ผู้เช่า: ชื่อ-สกุล ........................................................................ อายุ ............. ปี สัญชาติ ........................</w:t>
        <w:br/>
        <w:t>บัตรประจำตัวประชาชนเลขที่ ........................................................ อยู่บ้านเลขที่ .................... หมู่ที่ ............</w:t>
        <w:br/>
        <w:t>ซอย ................................................. ถนน ........................................... แขวง/ตำบล ............................................</w:t>
        <w:br/>
        <w:t>เขต/อำเภอ ........................................... จังหวัด ......................................... โทรศัพท์ .............................................</w:t>
        <w:br/>
        <w:t>(ซึ่งต่อไปในสัญญานี้เรียกว่า "ผู้เช่า") อีกฝ่ายหนึ่ง</w:t>
        <w:br/>
        <w:br/>
        <w:t>คู่สัญญาทั้งสองฝ่ายตกลงทำสัญญาเช่า โดยมีเงื่อนไขและข้อความดังต่อไปนี้:</w:t>
        <w:br/>
        <w:br/>
        <w:t>ข้อ ๑. ทรัพย์สินที่เช่าและวัตถุประสงค์</w:t>
        <w:br/>
        <w:t>ผู้ให้เช่าตกลงให้เช่า และผู้เช่าตกลงเช่าทรัพย์สิน คือ  [  ] ห้องชุดเลขที่ ...................... ชั้น ............ โครงการ ....................................</w:t>
        <w:br/>
        <w:t>[  ] บ้านพักอาศัย เลขที่ ...................... ซอย ..................................... ถนน ..................................... แขวง/ตำบล .....................................</w:t>
        <w:br/>
        <w:t>เขต/อำเภอ ........................................... จังหวัด ......................................... พร้อมอุปกรณ์และเฟอร์นิเจอร์ตามแนบท้าย</w:t>
        <w:br/>
        <w:t>เพื่อใช้ประโยชน์เพื่อการพักอาศัยเท่านั้น ห้ามนำไปใช้ประกอบธุรกิจ หรือนำไปให้บุคคลภายนอกเช่าช่วงโดยไม่ได้รับอนุญาต</w:t>
        <w:br/>
        <w:br/>
        <w:t>ข้อ ๒. กำหนดระยะเวลาการเช่า</w:t>
        <w:br/>
        <w:t>คู่สัญญาตกลงระยะเวลาการเช่ามีกำหนด ............ ปี ............ เดือน</w:t>
        <w:br/>
        <w:t>เริ่มตั้งแต่วันที่ ......... เดือน ................................. พ.ศ. ๒๕........ ถึงวันที่ ......... เดือน ................................. พ.ศ. ๒๕........</w:t>
        <w:br/>
        <w:t>หากผู้เช่าประสงค์จะต่อสัญญาเช่า จะต้องแจ้งให้ผู้ให้เช่าทราบล่วงหน้าไม่น้อยกว่า ๓๐ วันก่อนครบกำหนดสัญญา</w:t>
        <w:br/>
        <w:br/>
        <w:t>ข้อ ๓. ค่าเช่าและการชำระเงิน</w:t>
        <w:br/>
        <w:t>คู่สัญญาตกลงค่าเช่าในอัตราเดือนละ .................................................... บาท</w:t>
        <w:br/>
        <w:t>(ตัวอักษร: ......................................................................................................................................................)</w:t>
        <w:br/>
        <w:t>โดยผู้เช่าตกลงชำระค่าเช่าล่วงหน้าภายในวันที่ ............ ของทุกเดือน โดยโอนเงินเข้าบัญชีธนาคาร ................................................</w:t>
        <w:br/>
        <w:t>สาขา ................................... ชื่อบัญชี ................................................................ เลขที่บัญชี ....................................................</w:t>
      </w:r>
    </w:p>
    <w:p>
      <w:r>
        <w:br w:type="page"/>
      </w:r>
    </w:p>
    <w:p>
      <w:pPr>
        <w:spacing w:line="300" w:lineRule="auto" w:after="60" w:before="0"/>
      </w:pPr>
      <w:r>
        <w:rPr>
          <w:rFonts w:ascii="TH Sarabun New" w:hAnsi="TH Sarabun New"/>
          <w:b w:val="0"/>
          <w:color w:val="0F172A"/>
          <w:sz w:val="27"/>
        </w:rPr>
        <w:t>ข้อ ๔. เงินประกันความเสียหายและค่าเช่าล่วงหน้า</w:t>
        <w:br/>
        <w:t>๔.๑ ในวันทำสัญญานี้ ผู้เช่าได้วางเงินประกันการเช่าและความเสียหาย จำนวน .................................................... บาท</w:t>
        <w:br/>
        <w:t>(เท่ากับค่าเช่าจำนวน ......... เดือน) พร้อมทั้งค่าเช่าล่วงหน้า ๑ เดือน จำนวน .................................................... บาท</w:t>
        <w:br/>
        <w:t>รวมทั้งสิ้น .................................................... บาท ซึ่งผู้ให้เช่าได้รับไว้เรียบร้อยแล้ว</w:t>
        <w:br/>
        <w:t>๔.๒ เงินประกันนี้ ผู้ให้เช่าจะคืนให้แก่ผู้เช่าภายใน ๓๐ วัน นับแต่วันที่สัญญาเช่าสิ้นสุดลงและผู้เช่าย้ายออกเรียบร้อย ทั้งนี้ หลังจากหักค่าเช่า ค่าน้ำ ค่าไฟฟ้า ค่าสาธารณูปโภคค้างชำระ และค่าซ่อมแซมความเสียหายของทรัพย์สิน (ถ้ามี)</w:t>
        <w:br/>
        <w:br/>
        <w:t>ข้อ ๕. ค่าสาธารณูปโภคและค่าบริการส่วนกลาง</w:t>
        <w:br/>
        <w:t>๕.๑ ผู้เช่าเป็นผู้รับผิดชอบชำระ:   [  ] ค่าไฟฟ้า (ตามอัตราการไฟฟ้า)   [  ] ค่าน้ำประปา   [  ] ค่าอินเทอร์เน็ต</w:t>
        <w:br/>
        <w:t>๕.๒ ค่าบริการส่วนกลางของโครงการ/อาคารชุด:   [  ] ผู้ให้เช่าเป็นผู้รับผิดชอบชำระ   [  ] ผู้เช่าเป็นผู้รับผิดชอบชำระ</w:t>
        <w:br/>
        <w:br/>
        <w:t>ข้อ ๖. การดูแลรักษาทรัพย์สินและการดัดแปลง</w:t>
        <w:br/>
        <w:t>๖.๑ ผู้เช่าต้องดูแลรักษาทรัพย์สินที่เช่าเสมือนวิญญูชนพึงรักษาทรัพย์สินของตนเอง ห้ามนำสัตว์เลี้ยงเข้ามาเลี้ยง (เว้นแต่ได้รับอนุญาตเป็นลายลักษณ์อักษร) และห้ามกระทำการใดๆ อันเป็นการรบกวนความสงบสุขของเพื่อนบ้าน</w:t>
        <w:br/>
        <w:t>๖.๒ ห้ามผู้เช่าเจาะผนัง ดัดแปลง ต่อเติม หรือรื้อถอนส่วนใดๆ ของทรัพย์สินโดยไม่ได้รับความยินยอมเป็นลายลักษณ์อักษรจากผู้ให้เช่า</w:t>
        <w:br/>
        <w:br/>
        <w:t>ข้อ ๗. การผิดสัญญาและการระงับสัญญา</w:t>
        <w:br/>
        <w:t>๗.๑ หากผู้เช่าผิดนัดชำระค่าเช่าเกินกว่า ๗ วัน นับแต่วันครบกำหนด หรือกระทำผิดสัญญาข้อหนึ่งข้อใด ผู้ให้เช่ามีสิทธิบอกเลิกสัญญา ริบเงินประกัน และมีสิทธิเข้าไปตัดน้ำ ตัดไฟ หรือเข้าครอบครองพื้นที่เช่าได้ทันที</w:t>
        <w:br/>
        <w:t>๗.๒ หากผู้เช่าประสงค์จะยกเลิกสัญญาก่อนครบกำหนด ต้องแจ้งล่วงหน้าไม่น้อยกว่า ๓๐ วัน และยินยอมให้ผู้ให้เช่าริบเงินประกันความเสียหายทั้งหมด</w:t>
        <w:br/>
        <w:br/>
        <w:t>สัญญานี้ทำขึ้นเป็นสองฉบับ มีข้อความถูกต้องตรงกันทุกประการ คู่สัญญาได้อ่านและเข้าใจข้อความโดยละเอียดตลอดแล้ว จึงได้ลงลายมือชื่อไว้เป็นสำคัญต่อหน้าพยาน และต่างยึดถือไว้ฝ่ายละหนึ่งฉบับ</w:t>
        <w:br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120"/>
              <w:jc w:val="center"/>
            </w:pPr>
            <w:r>
              <w:rPr>
                <w:rFonts w:ascii="TH Sarabun New" w:hAnsi="TH Sarabun New"/>
                <w:sz w:val="26"/>
              </w:rPr>
              <w:t>ลงชื่อ .............................................................. ผู้ให้เช่า</w:t>
              <w:br/>
            </w:r>
            <w:r>
              <w:rPr>
                <w:rFonts w:ascii="TH Sarabun New" w:hAnsi="TH Sarabun New"/>
                <w:sz w:val="26"/>
              </w:rPr>
              <w:t>( .............................................................. )</w:t>
            </w:r>
          </w:p>
        </w:tc>
        <w:tc>
          <w:tcPr>
            <w:tcW w:type="dxa" w:w="5112"/>
          </w:tcPr>
          <w:p>
            <w:pPr>
              <w:spacing w:after="120"/>
              <w:jc w:val="center"/>
            </w:pPr>
            <w:r>
              <w:rPr>
                <w:rFonts w:ascii="TH Sarabun New" w:hAnsi="TH Sarabun New"/>
                <w:sz w:val="26"/>
              </w:rPr>
              <w:t>ลงชื่อ .............................................................. ผู้เช่า</w:t>
              <w:br/>
            </w:r>
            <w:r>
              <w:rPr>
                <w:rFonts w:ascii="TH Sarabun New" w:hAnsi="TH Sarabun New"/>
                <w:sz w:val="26"/>
              </w:rPr>
              <w:t>( .............................................................. )</w:t>
            </w:r>
          </w:p>
        </w:tc>
      </w:tr>
      <w:tr>
        <w:tc>
          <w:tcPr>
            <w:tcW w:type="dxa" w:w="5112"/>
          </w:tcPr>
          <w:p>
            <w:pPr>
              <w:spacing w:after="120"/>
              <w:jc w:val="center"/>
            </w:pPr>
            <w:r>
              <w:rPr>
                <w:rFonts w:ascii="TH Sarabun New" w:hAnsi="TH Sarabun New"/>
                <w:sz w:val="26"/>
              </w:rPr>
              <w:t>ลงชื่อ .............................................................. พยาน</w:t>
              <w:br/>
            </w:r>
            <w:r>
              <w:rPr>
                <w:rFonts w:ascii="TH Sarabun New" w:hAnsi="TH Sarabun New"/>
                <w:sz w:val="26"/>
              </w:rPr>
              <w:t>( .............................................................. )</w:t>
            </w:r>
          </w:p>
        </w:tc>
        <w:tc>
          <w:tcPr>
            <w:tcW w:type="dxa" w:w="5112"/>
          </w:tcPr>
          <w:p>
            <w:pPr>
              <w:spacing w:after="120"/>
              <w:jc w:val="center"/>
            </w:pPr>
            <w:r>
              <w:rPr>
                <w:rFonts w:ascii="TH Sarabun New" w:hAnsi="TH Sarabun New"/>
                <w:sz w:val="26"/>
              </w:rPr>
              <w:t>ลงชื่อ .............................................................. พยาน</w:t>
              <w:br/>
            </w:r>
            <w:r>
              <w:rPr>
                <w:rFonts w:ascii="TH Sarabun New" w:hAnsi="TH Sarabun New"/>
                <w:sz w:val="26"/>
              </w:rPr>
              <w:t>( .............................................................. )</w:t>
            </w:r>
          </w:p>
        </w:tc>
      </w:tr>
    </w:tbl>
    <w:sectPr w:rsidR="00FC693F" w:rsidRPr="0006063C" w:rsidSect="00034616">
      <w:pgSz w:w="12240" w:h="15840"/>
      <w:pgMar w:top="864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