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TH Sarabun New" w:hAnsi="TH Sarabun New"/>
          <w:b/>
          <w:sz w:val="36"/>
        </w:rPr>
        <w:t>หนังสือให้ความยินยอมของคู่สมรส</w:t>
      </w:r>
    </w:p>
    <w:p>
      <w:pPr>
        <w:spacing w:after="80"/>
        <w:jc w:val="center"/>
      </w:pPr>
      <w:r>
        <w:rPr>
          <w:rFonts w:ascii="TH Sarabun New" w:hAnsi="TH Sarabun New"/>
          <w:b/>
          <w:color w:val="475569"/>
          <w:sz w:val="26"/>
        </w:rPr>
        <w:t>(Spouse Consent Letter for Real Estate Transaction)</w:t>
      </w:r>
    </w:p>
    <w:p>
      <w:pPr>
        <w:spacing w:after="120"/>
        <w:jc w:val="right"/>
      </w:pPr>
      <w:r>
        <w:rPr>
          <w:rFonts w:ascii="TH Sarabun New" w:hAnsi="TH Sarabun New"/>
          <w:sz w:val="26"/>
        </w:rPr>
        <w:t>ทำที่ ..........................................................................</w:t>
        <w:br/>
        <w:t>วันที่ ......... เดือน ................................. พ.ศ. ๒๕........</w:t>
      </w:r>
    </w:p>
    <w:p>
      <w:pPr>
        <w:spacing w:line="300" w:lineRule="auto" w:after="60" w:before="0"/>
      </w:pPr>
      <w:r>
        <w:rPr>
          <w:rFonts w:ascii="TH Sarabun New" w:hAnsi="TH Sarabun New"/>
          <w:b w:val="0"/>
          <w:color w:val="0F172A"/>
          <w:sz w:val="27"/>
        </w:rPr>
        <w:t>ข้าพเจ้า (ผู้ให้ความยินยอม) ........................................................................ อายุ ............. ปี สัญชาติ ........................</w:t>
        <w:br/>
        <w:t>ถือบัตรประจำตัวประชาชนเลขที่ ........................................................ โทรศัพท์ .............................................</w:t>
        <w:br/>
        <w:t>อยู่บ้านเลขที่ .................... หมู่ที่ ......... ซอย .................................... ถนน .................................... ตำบล/แขวง ....................................</w:t>
        <w:br/>
        <w:t>อำเภอ/เขต ........................................... จังหวัด .........................................</w:t>
        <w:br/>
        <w:br/>
        <w:t>เป็นคู่สมรสโดยชอบด้วยกฎหมายของ ........................................................................</w:t>
        <w:br/>
        <w:t>บัตรประจำตัวประชาชนเลขที่ ........................................................ ตามทะเบียนสมรสเลขที่ ........................................................</w:t>
        <w:br/>
        <w:t>จดทะเบียนสมรส ณ สำนักทะเบียนอำเภอ/เขต ................................................................ จังหวัด ................................................</w:t>
        <w:br/>
        <w:br/>
        <w:t>ขอทำหนังสือฉบับนี้ขึ้นไว้เพื่อแสดงว่า ข้าพเจ้าได้ทราบและยินยอมให้คู่สมรสของข้าพเจ้า กระทำนิติกรรม:</w:t>
        <w:br/>
        <w:t>[  ] ขาย      [  ] จะซื้อจะขาย      [  ] ซื้อ      [  ] จำนอง / ไถ่ถอนจำนอง      [  ] ให้เช่า</w:t>
        <w:br/>
        <w:t>ในทรัพย์สิน คือ  [  ] ที่ดินโฉนดเลขที่ ................................ หน้าสำรวจ ....................  [  ] ห้องชุดเลขที่ .................... อาคารชุด ....................</w:t>
        <w:br/>
        <w:t>ตำบล/แขวง ........................................... อำเภอ/เขต ........................................... จังหวัด ............................................</w:t>
        <w:br/>
        <w:br/>
        <w:t>ตลอดจนยินยอมให้คู่สมรสของข้าพเจ้ามีอำนาจลงนามในสัญญา คำขอ บันทึกข้อตกลง หรือเอกสารใดๆ ต่อพนักงานเจ้าหน้าที่ที่ดิน ธนาคาร หรือหน่วยงานที่เกี่ยวข้องจนเสร็จการ และการใดที่คู่สมรสของข้าพเจ้าได้กระทำไป ให้ถือว่ามีผลผูกพันข้าพเจ้าตามกฎหมายเสมือนหนึ่งข้าพเจ้าได้ร่วมกระทำด้วยตนเองทุกประการ จึงได้ลงลายมือชื่อไว้เป็นสำคัญต่อหน้าพยาน</w:t>
        <w:br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120"/>
              <w:jc w:val="center"/>
            </w:pPr>
            <w:r>
              <w:rPr>
                <w:rFonts w:ascii="TH Sarabun New" w:hAnsi="TH Sarabun New"/>
                <w:sz w:val="26"/>
              </w:rPr>
              <w:t>ลงชื่อ .............................................................. ผู้ให้ความยินยอม</w:t>
              <w:br/>
            </w:r>
            <w:r>
              <w:rPr>
                <w:rFonts w:ascii="TH Sarabun New" w:hAnsi="TH Sarabun New"/>
                <w:sz w:val="26"/>
              </w:rPr>
              <w:t>( .............................................................. )</w:t>
            </w:r>
          </w:p>
        </w:tc>
        <w:tc>
          <w:tcPr>
            <w:tcW w:type="dxa" w:w="5112"/>
          </w:tcPr>
          <w:p>
            <w:pPr>
              <w:spacing w:after="120"/>
              <w:jc w:val="center"/>
            </w:pPr>
            <w:r>
              <w:rPr>
                <w:rFonts w:ascii="TH Sarabun New" w:hAnsi="TH Sarabun New"/>
                <w:sz w:val="26"/>
              </w:rPr>
              <w:t>ลงชื่อ .............................................................. คู่สมรสผู้ทำนิติกรรม</w:t>
              <w:br/>
            </w:r>
            <w:r>
              <w:rPr>
                <w:rFonts w:ascii="TH Sarabun New" w:hAnsi="TH Sarabun New"/>
                <w:sz w:val="26"/>
              </w:rPr>
              <w:t>( .............................................................. )</w:t>
            </w:r>
          </w:p>
        </w:tc>
      </w:tr>
      <w:tr>
        <w:tc>
          <w:tcPr>
            <w:tcW w:type="dxa" w:w="5112"/>
          </w:tcPr>
          <w:p>
            <w:pPr>
              <w:spacing w:after="120"/>
              <w:jc w:val="center"/>
            </w:pPr>
            <w:r>
              <w:rPr>
                <w:rFonts w:ascii="TH Sarabun New" w:hAnsi="TH Sarabun New"/>
                <w:sz w:val="26"/>
              </w:rPr>
              <w:t>ลงชื่อ .............................................................. พยาน</w:t>
              <w:br/>
            </w:r>
            <w:r>
              <w:rPr>
                <w:rFonts w:ascii="TH Sarabun New" w:hAnsi="TH Sarabun New"/>
                <w:sz w:val="26"/>
              </w:rPr>
              <w:t>( .............................................................. )</w:t>
            </w:r>
          </w:p>
        </w:tc>
        <w:tc>
          <w:tcPr>
            <w:tcW w:type="dxa" w:w="5112"/>
          </w:tcPr>
          <w:p>
            <w:pPr>
              <w:spacing w:after="120"/>
              <w:jc w:val="center"/>
            </w:pPr>
            <w:r>
              <w:rPr>
                <w:rFonts w:ascii="TH Sarabun New" w:hAnsi="TH Sarabun New"/>
                <w:sz w:val="26"/>
              </w:rPr>
              <w:t>ลงชื่อ .............................................................. พยาน</w:t>
              <w:br/>
            </w:r>
            <w:r>
              <w:rPr>
                <w:rFonts w:ascii="TH Sarabun New" w:hAnsi="TH Sarabun New"/>
                <w:sz w:val="26"/>
              </w:rPr>
              <w:t>( .............................................................. )</w:t>
            </w:r>
          </w:p>
        </w:tc>
      </w:tr>
    </w:tbl>
    <w:sectPr w:rsidR="00FC693F" w:rsidRPr="0006063C" w:rsidSect="00034616">
      <w:pgSz w:w="12240" w:h="15840"/>
      <w:pgMar w:top="864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